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CB629" w14:textId="77777777" w:rsidR="00673F27" w:rsidRPr="00241762" w:rsidRDefault="00000000">
      <w:pPr>
        <w:spacing w:after="240"/>
        <w:jc w:val="center"/>
        <w:rPr>
          <w:lang w:val="pt-BR"/>
        </w:rPr>
      </w:pPr>
      <w:r w:rsidRPr="00241762">
        <w:rPr>
          <w:b/>
          <w:sz w:val="32"/>
          <w:lang w:val="pt-BR"/>
        </w:rPr>
        <w:t>MODELO DE CARTA DE MOTIVAÇÃO – eMOVIES</w:t>
      </w:r>
    </w:p>
    <w:p w14:paraId="0B3148AE" w14:textId="77777777" w:rsidR="00241762" w:rsidRPr="00241762" w:rsidRDefault="00241762">
      <w:pPr>
        <w:spacing w:after="120" w:line="259" w:lineRule="auto"/>
        <w:rPr>
          <w:lang w:val="pt-BR"/>
        </w:rPr>
      </w:pPr>
    </w:p>
    <w:p w14:paraId="6CD51A1C" w14:textId="3F49BF00" w:rsidR="00673F27" w:rsidRPr="00241762" w:rsidRDefault="00000000">
      <w:pPr>
        <w:spacing w:after="120" w:line="259" w:lineRule="auto"/>
        <w:rPr>
          <w:lang w:val="pt-BR"/>
        </w:rPr>
      </w:pPr>
      <w:r w:rsidRPr="00241762">
        <w:rPr>
          <w:lang w:val="pt-BR"/>
        </w:rPr>
        <w:t>[Cidade], [dia] de [mês] de [ano]</w:t>
      </w:r>
    </w:p>
    <w:p w14:paraId="46578E7F" w14:textId="77777777" w:rsidR="00673F27" w:rsidRPr="00241762" w:rsidRDefault="00000000">
      <w:pPr>
        <w:spacing w:after="120" w:line="259" w:lineRule="auto"/>
        <w:rPr>
          <w:lang w:val="pt-BR"/>
        </w:rPr>
      </w:pPr>
      <w:r w:rsidRPr="00241762">
        <w:rPr>
          <w:lang w:val="pt-BR"/>
        </w:rPr>
        <w:t>À [nome da instituição de destino]</w:t>
      </w:r>
    </w:p>
    <w:p w14:paraId="28026E63" w14:textId="77777777" w:rsidR="00673F27" w:rsidRPr="00241762" w:rsidRDefault="00000000">
      <w:pPr>
        <w:spacing w:after="120" w:line="259" w:lineRule="auto"/>
        <w:rPr>
          <w:lang w:val="pt-BR"/>
        </w:rPr>
      </w:pPr>
      <w:r w:rsidRPr="00241762">
        <w:rPr>
          <w:lang w:val="pt-BR"/>
        </w:rPr>
        <w:t>Prezados(as),</w:t>
      </w:r>
    </w:p>
    <w:p w14:paraId="0051940D" w14:textId="77777777" w:rsidR="00673F27" w:rsidRPr="00241762" w:rsidRDefault="00000000" w:rsidP="00241762">
      <w:pPr>
        <w:spacing w:after="120" w:line="259" w:lineRule="auto"/>
        <w:jc w:val="both"/>
        <w:rPr>
          <w:lang w:val="pt-BR"/>
        </w:rPr>
      </w:pPr>
      <w:r w:rsidRPr="00241762">
        <w:rPr>
          <w:lang w:val="pt-BR"/>
        </w:rPr>
        <w:t>Meu nome é [nome completo], sou estudante do [Xº período] do curso de [nome do curso] da [nome da instituição de origem] e apresento minha candidatura para cursar [nome da disciplina/curso] na [nome da instituição de destino], por meio do programa eMOVIES.</w:t>
      </w:r>
    </w:p>
    <w:p w14:paraId="54A96028" w14:textId="77777777" w:rsidR="00673F27" w:rsidRPr="00241762" w:rsidRDefault="00000000" w:rsidP="00241762">
      <w:pPr>
        <w:spacing w:after="120" w:line="259" w:lineRule="auto"/>
        <w:jc w:val="both"/>
        <w:rPr>
          <w:lang w:val="pt-BR"/>
        </w:rPr>
      </w:pPr>
      <w:r w:rsidRPr="00241762">
        <w:rPr>
          <w:lang w:val="pt-BR"/>
        </w:rPr>
        <w:t>Meu interesse por essa oportunidade está relacionado à minha formação em [curso/área] e, especialmente, ao desejo de aprofundar meus conhecimentos em [tema ou área relacionada à disciplina escolhida]. A disciplina [nome da disciplina] despertou meu interesse porque [explicar de forma objetiva a relação entre o conteúdo ofertado e seus interesses acadêmicos, profissionais ou de pesquisa].</w:t>
      </w:r>
    </w:p>
    <w:p w14:paraId="00DAC989" w14:textId="77777777" w:rsidR="00673F27" w:rsidRPr="00241762" w:rsidRDefault="00000000" w:rsidP="00241762">
      <w:pPr>
        <w:spacing w:after="120" w:line="259" w:lineRule="auto"/>
        <w:jc w:val="both"/>
        <w:rPr>
          <w:lang w:val="pt-BR"/>
        </w:rPr>
      </w:pPr>
      <w:r w:rsidRPr="00241762">
        <w:rPr>
          <w:lang w:val="pt-BR"/>
        </w:rPr>
        <w:t>Ao longo da graduação, tive contato com [disciplinas, projetos, iniciação científica, extensão, estágio, monitoria ou outras experiências relevantes], que contribuíram para meu interesse em [tema]. Acredito que participar de uma disciplina oferecida por uma instituição de outro país permitirá ampliar minha formação, conhecer diferentes perspectivas acadêmicas e desenvolver competências interculturais.</w:t>
      </w:r>
    </w:p>
    <w:p w14:paraId="647236F4" w14:textId="77777777" w:rsidR="00673F27" w:rsidRPr="00241762" w:rsidRDefault="00000000" w:rsidP="00241762">
      <w:pPr>
        <w:spacing w:after="120" w:line="259" w:lineRule="auto"/>
        <w:jc w:val="both"/>
        <w:rPr>
          <w:lang w:val="pt-BR"/>
        </w:rPr>
      </w:pPr>
      <w:r w:rsidRPr="00241762">
        <w:rPr>
          <w:lang w:val="pt-BR"/>
        </w:rPr>
        <w:t>A mobilidade acadêmica virtual também representa, para mim, uma oportunidade de internacionalização da formação, possibilitando a interação com professores e estudantes de diferentes contextos e o contato com novas abordagens de ensino e aprendizagem.</w:t>
      </w:r>
    </w:p>
    <w:p w14:paraId="0CB31299" w14:textId="77777777" w:rsidR="00673F27" w:rsidRPr="00241762" w:rsidRDefault="00000000" w:rsidP="00241762">
      <w:pPr>
        <w:spacing w:after="120" w:line="259" w:lineRule="auto"/>
        <w:jc w:val="both"/>
        <w:rPr>
          <w:lang w:val="pt-BR"/>
        </w:rPr>
      </w:pPr>
      <w:r w:rsidRPr="00241762">
        <w:rPr>
          <w:lang w:val="pt-BR"/>
        </w:rPr>
        <w:t>Pretendo aplicar os conhecimentos adquiridos em [explicar como a experiência poderá contribuir para a graduação, pesquisa, carreira, projetos futuros ou atuação profissional]. Estou comprometido(a) em participar ativamente das atividades propostas e aproveitar de forma responsável a oportunidade oferecida.</w:t>
      </w:r>
    </w:p>
    <w:p w14:paraId="4CDD425C" w14:textId="77777777" w:rsidR="00673F27" w:rsidRPr="00241762" w:rsidRDefault="00000000" w:rsidP="00241762">
      <w:pPr>
        <w:spacing w:after="120" w:line="259" w:lineRule="auto"/>
        <w:jc w:val="both"/>
        <w:rPr>
          <w:lang w:val="pt-BR"/>
        </w:rPr>
      </w:pPr>
      <w:r w:rsidRPr="00241762">
        <w:rPr>
          <w:lang w:val="pt-BR"/>
        </w:rPr>
        <w:t xml:space="preserve">Agradeço </w:t>
      </w:r>
      <w:proofErr w:type="gramStart"/>
      <w:r w:rsidRPr="00241762">
        <w:rPr>
          <w:lang w:val="pt-BR"/>
        </w:rPr>
        <w:t>pela</w:t>
      </w:r>
      <w:proofErr w:type="gramEnd"/>
      <w:r w:rsidRPr="00241762">
        <w:rPr>
          <w:lang w:val="pt-BR"/>
        </w:rPr>
        <w:t xml:space="preserve"> consideração da minha candidatura e espero ter a oportunidade de participar de [nome da disciplina/curso] na [nome da instituição de destino].</w:t>
      </w:r>
    </w:p>
    <w:p w14:paraId="5F47A7E6" w14:textId="77777777" w:rsidR="00673F27" w:rsidRPr="00241762" w:rsidRDefault="00000000">
      <w:pPr>
        <w:spacing w:after="120" w:line="259" w:lineRule="auto"/>
        <w:rPr>
          <w:lang w:val="pt-BR"/>
        </w:rPr>
      </w:pPr>
      <w:r w:rsidRPr="00241762">
        <w:rPr>
          <w:lang w:val="pt-BR"/>
        </w:rPr>
        <w:t>Atenciosamente,</w:t>
      </w:r>
    </w:p>
    <w:p w14:paraId="5B0112A5" w14:textId="77777777" w:rsidR="00673F27" w:rsidRPr="00241762" w:rsidRDefault="00000000">
      <w:pPr>
        <w:spacing w:after="120" w:line="259" w:lineRule="auto"/>
        <w:rPr>
          <w:lang w:val="pt-BR"/>
        </w:rPr>
      </w:pPr>
      <w:r w:rsidRPr="00241762">
        <w:rPr>
          <w:lang w:val="pt-BR"/>
        </w:rPr>
        <w:t>[Nome completo]</w:t>
      </w:r>
      <w:r w:rsidRPr="00241762">
        <w:rPr>
          <w:lang w:val="pt-BR"/>
        </w:rPr>
        <w:br/>
        <w:t>[Curso] – [Instituição de origem]</w:t>
      </w:r>
      <w:r w:rsidRPr="00241762">
        <w:rPr>
          <w:lang w:val="pt-BR"/>
        </w:rPr>
        <w:br/>
        <w:t>[E-mail]</w:t>
      </w:r>
    </w:p>
    <w:p w14:paraId="533539F4" w14:textId="77777777" w:rsidR="00673F27" w:rsidRPr="00241762" w:rsidRDefault="00000000">
      <w:pPr>
        <w:spacing w:before="200" w:after="0"/>
        <w:rPr>
          <w:lang w:val="pt-BR"/>
        </w:rPr>
      </w:pPr>
      <w:r w:rsidRPr="00241762">
        <w:rPr>
          <w:i/>
          <w:sz w:val="18"/>
          <w:lang w:val="pt-BR"/>
        </w:rPr>
        <w:t>ORIENTAÇÃO: Não use uma carta genérica para diferentes disciplinas. O ponto central deve ser explicar por que aquela disciplina e aquela instituição são relevantes para sua formação e como a experiência internacional se conecta aos seus objetivos.</w:t>
      </w:r>
    </w:p>
    <w:sectPr w:rsidR="00673F27" w:rsidRPr="00241762" w:rsidSect="00034616">
      <w:pgSz w:w="12240" w:h="15840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82305287">
    <w:abstractNumId w:val="8"/>
  </w:num>
  <w:num w:numId="2" w16cid:durableId="330254983">
    <w:abstractNumId w:val="6"/>
  </w:num>
  <w:num w:numId="3" w16cid:durableId="180125465">
    <w:abstractNumId w:val="5"/>
  </w:num>
  <w:num w:numId="4" w16cid:durableId="151918093">
    <w:abstractNumId w:val="4"/>
  </w:num>
  <w:num w:numId="5" w16cid:durableId="712730719">
    <w:abstractNumId w:val="7"/>
  </w:num>
  <w:num w:numId="6" w16cid:durableId="417866049">
    <w:abstractNumId w:val="3"/>
  </w:num>
  <w:num w:numId="7" w16cid:durableId="2073192090">
    <w:abstractNumId w:val="2"/>
  </w:num>
  <w:num w:numId="8" w16cid:durableId="493646803">
    <w:abstractNumId w:val="1"/>
  </w:num>
  <w:num w:numId="9" w16cid:durableId="6376897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41762"/>
    <w:rsid w:val="0029639D"/>
    <w:rsid w:val="00326F90"/>
    <w:rsid w:val="00673F27"/>
    <w:rsid w:val="009864F6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E969BA"/>
  <w14:defaultImageDpi w14:val="300"/>
  <w15:docId w15:val="{07551D0C-AC02-4361-B1F1-745C2B213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346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Mayra Coan Lago</cp:lastModifiedBy>
  <cp:revision>2</cp:revision>
  <dcterms:created xsi:type="dcterms:W3CDTF">2013-12-23T23:15:00Z</dcterms:created>
  <dcterms:modified xsi:type="dcterms:W3CDTF">2026-08-13T16:16:00Z</dcterms:modified>
  <cp:category/>
</cp:coreProperties>
</file>