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MODELO DE CARTA DE MOTIVACIÓN – eMOVIES</w:t>
      </w:r>
    </w:p>
    <w:p>
      <w:r>
        <w:t>[Ciudad], [día] de [mes] de [año]</w:t>
      </w:r>
    </w:p>
    <w:p>
      <w:r>
        <w:t>A [nombre de la institución de destino]</w:t>
      </w:r>
    </w:p>
    <w:p>
      <w:r>
        <w:t>Estimados/as señores/as:</w:t>
      </w:r>
    </w:p>
    <w:p>
      <w:r>
        <w:t>Mi nombre es [nombre completo], soy estudiante del [n.º de semestre] de la carrera de [nombre de la carrera] de [nombre de la institución de origen] y presento mi candidatura para cursar [nombre de la asignatura/curso] en [nombre de la institución de destino], a través del programa eMOVIES.</w:t>
      </w:r>
    </w:p>
    <w:p>
      <w:r>
        <w:t>Mi interés en esta oportunidad está relacionado con mi formación en [carrera/área] y, especialmente, con mi deseo de profundizar mis conocimientos en [tema o área relacionada con la asignatura elegida]. La asignatura [nombre de la asignatura] despertó mi interés porque [explicar de manera objetiva la relación entre el contenido ofrecido y sus intereses académicos, profesionales o de investigación].</w:t>
      </w:r>
    </w:p>
    <w:p>
      <w:r>
        <w:t>A lo largo de mis estudios universitarios, he participado en [asignaturas, proyectos, iniciación a la investigación, actividades de extensión, prácticas, ayudantías u otras experiencias relevantes], que contribuyeron a mi interés en [tema]. Considero que cursar una asignatura ofrecida por una institución de otro país me permitirá ampliar mi formación, conocer diferentes perspectivas académicas y desarrollar competencias interculturales.</w:t>
      </w:r>
    </w:p>
    <w:p>
      <w:r>
        <w:t>La movilidad académica virtual también representa para mí una oportunidad de internacionalizar mi formación, al facilitar la interacción con docentes y estudiantes de diferentes contextos y el acercamiento a nuevos enfoques de enseñanza y aprendizaje.</w:t>
      </w:r>
    </w:p>
    <w:p>
      <w:r>
        <w:t>Pretendo aplicar los conocimientos adquiridos en [explicar cómo la experiencia podrá contribuir a sus estudios universitarios, investigación, carrera, proyectos futuros o desempeño profesional]. Me comprometo a participar activamente en las actividades propuestas y a aprovechar de manera responsable la oportunidad ofrecida.</w:t>
      </w:r>
    </w:p>
    <w:p>
      <w:r>
        <w:t>Agradezco la consideración de mi candidatura y espero tener la oportunidad de cursar [nombre de la asignatura/curso] en [nombre de la institución de destino].</w:t>
      </w:r>
    </w:p>
    <w:p>
      <w:r>
        <w:t>Atentamente,</w:t>
      </w:r>
    </w:p>
    <w:p>
      <w:r>
        <w:t>[Nombre completo]</w:t>
      </w:r>
    </w:p>
    <w:p>
      <w:r>
        <w:t>[Carrera] – [Institución de origen]</w:t>
      </w:r>
    </w:p>
    <w:p>
      <w:r>
        <w:t>[Correo electrónico]</w:t>
      </w:r>
    </w:p>
    <w:p>
      <w:r>
        <w:rPr>
          <w:i/>
          <w:sz w:val="18"/>
        </w:rPr>
        <w:t>ORIENTACIÓN: No utilice una carta genérica para distintas asignaturas. Lo fundamental es explicar por qué esa asignatura y esa institución son relevantes para su formación y cómo la experiencia internacional se relaciona con sus objetivos.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