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426B" w14:textId="77777777" w:rsidR="0048672C" w:rsidRPr="0082504B" w:rsidRDefault="00000000">
      <w:pPr>
        <w:spacing w:after="240"/>
        <w:jc w:val="center"/>
        <w:rPr>
          <w:lang w:val="pt-BR"/>
        </w:rPr>
      </w:pPr>
      <w:r w:rsidRPr="0082504B">
        <w:rPr>
          <w:b/>
          <w:sz w:val="32"/>
          <w:lang w:val="pt-BR"/>
        </w:rPr>
        <w:t>MODELO DE CARTA DE RECOMENDAÇÃO</w:t>
      </w:r>
    </w:p>
    <w:p w14:paraId="1FF37B57" w14:textId="77777777" w:rsidR="0082504B" w:rsidRPr="0082504B" w:rsidRDefault="0082504B">
      <w:pPr>
        <w:spacing w:after="120" w:line="259" w:lineRule="auto"/>
        <w:rPr>
          <w:lang w:val="pt-BR"/>
        </w:rPr>
      </w:pPr>
    </w:p>
    <w:p w14:paraId="5FECBB97" w14:textId="72E03F90" w:rsidR="0048672C" w:rsidRPr="0082504B" w:rsidRDefault="00000000">
      <w:pPr>
        <w:spacing w:after="120" w:line="259" w:lineRule="auto"/>
        <w:rPr>
          <w:lang w:val="pt-BR"/>
        </w:rPr>
      </w:pPr>
      <w:r w:rsidRPr="0082504B">
        <w:rPr>
          <w:lang w:val="pt-BR"/>
        </w:rPr>
        <w:t>[Cidade], [dia] de [mês] de [ano]</w:t>
      </w:r>
    </w:p>
    <w:p w14:paraId="62C2AFAE" w14:textId="77777777" w:rsidR="0082504B" w:rsidRDefault="0082504B">
      <w:pPr>
        <w:spacing w:after="120" w:line="259" w:lineRule="auto"/>
        <w:rPr>
          <w:lang w:val="pt-BR"/>
        </w:rPr>
      </w:pPr>
    </w:p>
    <w:p w14:paraId="59F76219" w14:textId="77777777" w:rsidR="0048672C" w:rsidRPr="0082504B" w:rsidRDefault="00000000" w:rsidP="0082504B">
      <w:pPr>
        <w:spacing w:after="120" w:line="259" w:lineRule="auto"/>
        <w:jc w:val="both"/>
        <w:rPr>
          <w:lang w:val="pt-BR"/>
        </w:rPr>
      </w:pPr>
      <w:r w:rsidRPr="0082504B">
        <w:rPr>
          <w:lang w:val="pt-BR"/>
        </w:rPr>
        <w:t>Tenho a satisfação de recomendar [nome completo do(a) estudante], aluno(a) do curso de [nome do curso] da [nome da instituição], com quem tive contato na qualidade de [professor(a), orientador(a), coordenador(a), supervisor(a) etc.] durante [disciplina, projeto, período ou atividade].</w:t>
      </w:r>
    </w:p>
    <w:p w14:paraId="027B4189" w14:textId="77777777" w:rsidR="0048672C" w:rsidRPr="0082504B" w:rsidRDefault="00000000" w:rsidP="0082504B">
      <w:pPr>
        <w:spacing w:after="120" w:line="259" w:lineRule="auto"/>
        <w:jc w:val="both"/>
        <w:rPr>
          <w:lang w:val="pt-BR"/>
        </w:rPr>
      </w:pPr>
      <w:r w:rsidRPr="0082504B">
        <w:rPr>
          <w:lang w:val="pt-BR"/>
        </w:rPr>
        <w:t>Durante esse período, [nome do(a) estudante] demonstrou [mencionar características observadas: comprometimento, responsabilidade, capacidade analítica, iniciativa, comunicação, trabalho em equipe etc.], destacando-se especialmente em [atividade, projeto, disciplina, entrega ou situação concreta].</w:t>
      </w:r>
    </w:p>
    <w:p w14:paraId="4D8DE030" w14:textId="77777777" w:rsidR="0048672C" w:rsidRPr="0082504B" w:rsidRDefault="00000000" w:rsidP="0082504B">
      <w:pPr>
        <w:spacing w:after="120" w:line="259" w:lineRule="auto"/>
        <w:jc w:val="both"/>
        <w:rPr>
          <w:lang w:val="pt-BR"/>
        </w:rPr>
      </w:pPr>
      <w:r w:rsidRPr="0082504B">
        <w:rPr>
          <w:lang w:val="pt-BR"/>
        </w:rPr>
        <w:t xml:space="preserve">Em [descrever brevemente uma experiência ou exemplo], demonstrou capacidade para [competência observável], contribuindo para [resultado, atividade ou aprendizado]. Sua postura acadêmica/profissional foi marcada por [2 ou 3 qualidades efetivamente observadas pelo </w:t>
      </w:r>
      <w:proofErr w:type="spellStart"/>
      <w:r w:rsidRPr="0082504B">
        <w:rPr>
          <w:lang w:val="pt-BR"/>
        </w:rPr>
        <w:t>recomendante</w:t>
      </w:r>
      <w:proofErr w:type="spellEnd"/>
      <w:r w:rsidRPr="0082504B">
        <w:rPr>
          <w:lang w:val="pt-BR"/>
        </w:rPr>
        <w:t>].</w:t>
      </w:r>
    </w:p>
    <w:p w14:paraId="56DE6CDA" w14:textId="77777777" w:rsidR="0048672C" w:rsidRPr="0082504B" w:rsidRDefault="00000000" w:rsidP="0082504B">
      <w:pPr>
        <w:spacing w:after="120" w:line="259" w:lineRule="auto"/>
        <w:jc w:val="both"/>
        <w:rPr>
          <w:lang w:val="pt-BR"/>
        </w:rPr>
      </w:pPr>
      <w:r w:rsidRPr="0082504B">
        <w:rPr>
          <w:lang w:val="pt-BR"/>
        </w:rPr>
        <w:t>Considero que [nome do(a) estudante] possui condições para aproveitar de maneira responsável e produtiva a oportunidade de [curso, estágio, intercâmbio, bolsa, emprego ou programa], tanto por sua formação quanto por seu interesse em [área relacionada à oportunidade].</w:t>
      </w:r>
    </w:p>
    <w:p w14:paraId="2E02C8C1" w14:textId="77777777" w:rsidR="0048672C" w:rsidRPr="0082504B" w:rsidRDefault="00000000" w:rsidP="0082504B">
      <w:pPr>
        <w:spacing w:after="120" w:line="259" w:lineRule="auto"/>
        <w:jc w:val="both"/>
        <w:rPr>
          <w:lang w:val="pt-BR"/>
        </w:rPr>
      </w:pPr>
      <w:r w:rsidRPr="0082504B">
        <w:rPr>
          <w:lang w:val="pt-BR"/>
        </w:rPr>
        <w:t>Por essas razões, recomendo sua candidatura e permaneço à disposição para eventuais esclarecimentos.</w:t>
      </w:r>
    </w:p>
    <w:p w14:paraId="3BDC5A9F" w14:textId="77777777" w:rsidR="0048672C" w:rsidRPr="0082504B" w:rsidRDefault="00000000">
      <w:pPr>
        <w:spacing w:after="120" w:line="259" w:lineRule="auto"/>
        <w:rPr>
          <w:lang w:val="pt-BR"/>
        </w:rPr>
      </w:pPr>
      <w:r w:rsidRPr="0082504B">
        <w:rPr>
          <w:lang w:val="pt-BR"/>
        </w:rPr>
        <w:t>Atenciosamente,</w:t>
      </w:r>
    </w:p>
    <w:p w14:paraId="0F8D5CAF" w14:textId="77777777" w:rsidR="0048672C" w:rsidRPr="0082504B" w:rsidRDefault="00000000">
      <w:pPr>
        <w:spacing w:after="120" w:line="259" w:lineRule="auto"/>
        <w:rPr>
          <w:lang w:val="pt-BR"/>
        </w:rPr>
      </w:pPr>
      <w:r w:rsidRPr="0082504B">
        <w:rPr>
          <w:lang w:val="pt-BR"/>
        </w:rPr>
        <w:t xml:space="preserve">[Nome do(a) </w:t>
      </w:r>
      <w:proofErr w:type="spellStart"/>
      <w:r w:rsidRPr="0082504B">
        <w:rPr>
          <w:lang w:val="pt-BR"/>
        </w:rPr>
        <w:t>recomendante</w:t>
      </w:r>
      <w:proofErr w:type="spellEnd"/>
      <w:r w:rsidRPr="0082504B">
        <w:rPr>
          <w:lang w:val="pt-BR"/>
        </w:rPr>
        <w:t>]</w:t>
      </w:r>
      <w:r w:rsidRPr="0082504B">
        <w:rPr>
          <w:lang w:val="pt-BR"/>
        </w:rPr>
        <w:br/>
        <w:t>[Cargo/Função]</w:t>
      </w:r>
      <w:r w:rsidRPr="0082504B">
        <w:rPr>
          <w:lang w:val="pt-BR"/>
        </w:rPr>
        <w:br/>
        <w:t>[Instituição]</w:t>
      </w:r>
      <w:r w:rsidRPr="0082504B">
        <w:rPr>
          <w:lang w:val="pt-BR"/>
        </w:rPr>
        <w:br/>
        <w:t>[E-mail institucional] | [Telefone, se pertinente]</w:t>
      </w:r>
    </w:p>
    <w:p w14:paraId="3D294DA9" w14:textId="77777777" w:rsidR="0048672C" w:rsidRPr="0082504B" w:rsidRDefault="00000000" w:rsidP="0082504B">
      <w:pPr>
        <w:spacing w:before="200" w:after="0"/>
        <w:jc w:val="both"/>
        <w:rPr>
          <w:lang w:val="pt-BR"/>
        </w:rPr>
      </w:pPr>
      <w:r w:rsidRPr="0082504B">
        <w:rPr>
          <w:i/>
          <w:sz w:val="18"/>
          <w:lang w:val="pt-BR"/>
        </w:rPr>
        <w:t>ORIENTAÇÃO: A carta deve ser redigida e assinada por quem efetivamente conhece a trajetória do estudante. Substitua os adjetivos genéricos por exemplos concretos sempre que possível.</w:t>
      </w:r>
    </w:p>
    <w:sectPr w:rsidR="0048672C" w:rsidRPr="0082504B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528319">
    <w:abstractNumId w:val="8"/>
  </w:num>
  <w:num w:numId="2" w16cid:durableId="1379624044">
    <w:abstractNumId w:val="6"/>
  </w:num>
  <w:num w:numId="3" w16cid:durableId="1826972843">
    <w:abstractNumId w:val="5"/>
  </w:num>
  <w:num w:numId="4" w16cid:durableId="470486936">
    <w:abstractNumId w:val="4"/>
  </w:num>
  <w:num w:numId="5" w16cid:durableId="1485126101">
    <w:abstractNumId w:val="7"/>
  </w:num>
  <w:num w:numId="6" w16cid:durableId="1016081470">
    <w:abstractNumId w:val="3"/>
  </w:num>
  <w:num w:numId="7" w16cid:durableId="2027830417">
    <w:abstractNumId w:val="2"/>
  </w:num>
  <w:num w:numId="8" w16cid:durableId="633950206">
    <w:abstractNumId w:val="1"/>
  </w:num>
  <w:num w:numId="9" w16cid:durableId="832374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672C"/>
    <w:rsid w:val="0082504B"/>
    <w:rsid w:val="009864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8D3D19"/>
  <w14:defaultImageDpi w14:val="300"/>
  <w15:docId w15:val="{07551D0C-AC02-4361-B1F1-745C2B21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Mayra Coan Lago</cp:lastModifiedBy>
  <cp:revision>2</cp:revision>
  <dcterms:created xsi:type="dcterms:W3CDTF">2013-12-23T23:15:00Z</dcterms:created>
  <dcterms:modified xsi:type="dcterms:W3CDTF">2026-08-13T16:16:00Z</dcterms:modified>
  <cp:category/>
</cp:coreProperties>
</file>