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MODELO DE CARTA DE RECOMENDACIÓN</w:t>
      </w:r>
    </w:p>
    <w:p>
      <w:r>
        <w:t>[Ciudad], [día] de [mes] de [año]</w:t>
      </w:r>
    </w:p>
    <w:p>
      <w:r>
        <w:t>Me complace recomendar a [nombre completo del/de la estudiante], estudiante de la carrera de [nombre de la carrera] de [nombre de la institución], a quien he conocido en calidad de [docente, tutor(a), coordinador(a), supervisor(a), etc.] durante [asignatura, proyecto, período o actividad].</w:t>
      </w:r>
    </w:p>
    <w:p>
      <w:r>
        <w:t>Durante ese período, [nombre del/de la estudiante] demostró [mencionar características observadas: compromiso, responsabilidad, capacidad de análisis, iniciativa, comunicación, trabajo en equipo, etc.], destacándose especialmente en [actividad, proyecto, asignatura, trabajo o situación concreta].</w:t>
      </w:r>
    </w:p>
    <w:p>
      <w:r>
        <w:t>En [describir brevemente una experiencia o ejemplo], demostró capacidad para [competencia observable], contribuyendo a [resultado, actividad o aprendizaje]. Su desempeño académico/profesional se caracterizó por [dos o tres cualidades efectivamente observadas por quien recomienda].</w:t>
      </w:r>
    </w:p>
    <w:p>
      <w:r>
        <w:t>Considero que [nombre del/de la estudiante] cuenta con las condiciones necesarias para aprovechar de manera responsable y productiva la oportunidad de [curso, prácticas, intercambio, beca, empleo o programa], tanto por su formación como por su interés en [área relacionada con la oportunidad].</w:t>
      </w:r>
    </w:p>
    <w:p>
      <w:r>
        <w:t>Por estas razones, recomiendo su candidatura y quedo a disposición para cualquier aclaración adicional.</w:t>
      </w:r>
    </w:p>
    <w:p>
      <w:r>
        <w:t>Atentamente,</w:t>
      </w:r>
    </w:p>
    <w:p>
      <w:r>
        <w:t>[Nombre de quien recomienda]</w:t>
      </w:r>
    </w:p>
    <w:p>
      <w:r>
        <w:t>[Cargo/Función]</w:t>
      </w:r>
    </w:p>
    <w:p>
      <w:r>
        <w:t>[Institución]</w:t>
      </w:r>
    </w:p>
    <w:p>
      <w:r>
        <w:t>[Correo electrónico institucional] | [Teléfono, si corresponde]</w:t>
      </w:r>
    </w:p>
    <w:p>
      <w:r>
        <w:rPr>
          <w:i/>
          <w:sz w:val="18"/>
        </w:rPr>
        <w:t>ORIENTACIÓN: La carta debe ser redactada y firmada por una persona que conozca efectivamente la trayectoria del/de la estudiante. Siempre que sea posible, sustituya los adjetivos genéricos por ejemplos concretos.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